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C4399B" w:rsidRPr="00515D86" w14:paraId="5883C1AD" w14:textId="77777777" w:rsidTr="00AA733E">
        <w:trPr>
          <w:trHeight w:val="357"/>
          <w:jc w:val="center"/>
        </w:trPr>
        <w:tc>
          <w:tcPr>
            <w:tcW w:w="10368" w:type="dxa"/>
            <w:shd w:val="clear" w:color="auto" w:fill="005AA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41B9DA" w14:textId="2909A7C7" w:rsidR="00C4399B" w:rsidRPr="00515D86" w:rsidRDefault="00AA733E">
            <w:pPr>
              <w:jc w:val="center"/>
              <w:rPr>
                <w:rFonts w:ascii="BIZ UDゴシック" w:eastAsia="BIZ UDゴシック" w:hAnsi="BIZ UDゴシック"/>
                <w:lang w:eastAsia="ja-JP"/>
              </w:rPr>
            </w:pPr>
            <w:r>
              <w:rPr>
                <w:rFonts w:ascii="BIZ UDゴシック" w:eastAsia="BIZ UDゴシック" w:hAnsi="BIZ UDゴシック" w:hint="eastAsia"/>
                <w:b/>
                <w:color w:val="FFFFFF"/>
                <w:sz w:val="22"/>
                <w:lang w:eastAsia="ja-JP"/>
              </w:rPr>
              <w:t>「みんなの夢の世界」</w:t>
            </w:r>
            <w:r w:rsidR="00106AF1" w:rsidRPr="00515D86">
              <w:rPr>
                <w:rFonts w:ascii="BIZ UDゴシック" w:eastAsia="BIZ UDゴシック" w:hAnsi="BIZ UDゴシック"/>
                <w:b/>
                <w:color w:val="FFFFFF"/>
                <w:sz w:val="22"/>
                <w:lang w:eastAsia="ja-JP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b/>
                <w:color w:val="FFFFFF"/>
                <w:sz w:val="22"/>
                <w:lang w:eastAsia="ja-JP"/>
              </w:rPr>
              <w:t>ＡＩ画像</w:t>
            </w:r>
            <w:r w:rsidR="00AC7BB2">
              <w:rPr>
                <w:rFonts w:ascii="BIZ UDゴシック" w:eastAsia="BIZ UDゴシック" w:hAnsi="BIZ UDゴシック" w:hint="eastAsia"/>
                <w:b/>
                <w:color w:val="FFFFFF"/>
                <w:sz w:val="22"/>
                <w:lang w:eastAsia="ja-JP"/>
              </w:rPr>
              <w:t>生成</w:t>
            </w:r>
            <w:r>
              <w:rPr>
                <w:rFonts w:ascii="BIZ UDゴシック" w:eastAsia="BIZ UDゴシック" w:hAnsi="BIZ UDゴシック" w:hint="eastAsia"/>
                <w:b/>
                <w:color w:val="FFFFFF"/>
                <w:sz w:val="22"/>
                <w:lang w:eastAsia="ja-JP"/>
              </w:rPr>
              <w:t>絵画</w:t>
            </w:r>
            <w:r w:rsidR="00106AF1" w:rsidRPr="00515D86">
              <w:rPr>
                <w:rFonts w:ascii="BIZ UDゴシック" w:eastAsia="BIZ UDゴシック" w:hAnsi="BIZ UDゴシック"/>
                <w:b/>
                <w:color w:val="FFFFFF"/>
                <w:sz w:val="22"/>
                <w:lang w:eastAsia="ja-JP"/>
              </w:rPr>
              <w:t>コンクール 応募用紙</w:t>
            </w:r>
          </w:p>
        </w:tc>
      </w:tr>
    </w:tbl>
    <w:p w14:paraId="51A9EFC0" w14:textId="72765255" w:rsidR="00C4399B" w:rsidRPr="001A0A3A" w:rsidRDefault="00106AF1">
      <w:pPr>
        <w:spacing w:before="40" w:after="80"/>
        <w:rPr>
          <w:rFonts w:ascii="BIZ UDゴシック" w:eastAsia="BIZ UDゴシック" w:hAnsi="BIZ UDゴシック" w:hint="eastAsia"/>
          <w:sz w:val="18"/>
          <w:szCs w:val="18"/>
          <w:lang w:eastAsia="ja-JP"/>
        </w:rPr>
      </w:pPr>
      <w:r w:rsidRPr="001A0A3A">
        <w:rPr>
          <w:rFonts w:ascii="BIZ UDゴシック" w:eastAsia="BIZ UDゴシック" w:hAnsi="BIZ UDゴシック"/>
          <w:color w:val="auto"/>
          <w:sz w:val="18"/>
          <w:szCs w:val="18"/>
          <w:lang w:eastAsia="ja-JP"/>
        </w:rPr>
        <w:t>※本用紙と作品画像データをセットでご提出ください。</w:t>
      </w:r>
    </w:p>
    <w:p w14:paraId="7F5F73C9" w14:textId="6BE38C6B" w:rsidR="00C4399B" w:rsidRPr="00515D86" w:rsidRDefault="00106AF1">
      <w:pPr>
        <w:keepNext/>
        <w:spacing w:before="100" w:after="4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b/>
          <w:color w:val="005AAB"/>
          <w:sz w:val="19"/>
          <w:lang w:eastAsia="ja-JP"/>
        </w:rPr>
        <w:t>１</w:t>
      </w:r>
      <w:r w:rsidRPr="00515D86">
        <w:rPr>
          <w:rFonts w:ascii="BIZ UDゴシック" w:eastAsia="BIZ UDゴシック" w:hAnsi="BIZ UDゴシック"/>
          <w:b/>
          <w:color w:val="005AAB"/>
          <w:sz w:val="19"/>
        </w:rPr>
        <w:t xml:space="preserve"> 応募者情報</w:t>
      </w:r>
    </w:p>
    <w:tbl>
      <w:tblPr>
        <w:tblW w:w="0" w:type="auto"/>
        <w:jc w:val="center"/>
        <w:tblBorders>
          <w:top w:val="single" w:sz="4" w:space="0" w:color="DCDCDC"/>
          <w:left w:val="single" w:sz="4" w:space="0" w:color="DCDCDC"/>
          <w:bottom w:val="single" w:sz="4" w:space="0" w:color="DCDCDC"/>
          <w:right w:val="single" w:sz="4" w:space="0" w:color="DCDCDC"/>
          <w:insideH w:val="single" w:sz="4" w:space="0" w:color="DCDCDC"/>
          <w:insideV w:val="single" w:sz="4" w:space="0" w:color="DCDCDC"/>
        </w:tblBorders>
        <w:tblLook w:val="04A0" w:firstRow="1" w:lastRow="0" w:firstColumn="1" w:lastColumn="0" w:noHBand="0" w:noVBand="1"/>
      </w:tblPr>
      <w:tblGrid>
        <w:gridCol w:w="2160"/>
        <w:gridCol w:w="8208"/>
      </w:tblGrid>
      <w:tr w:rsidR="00C4399B" w:rsidRPr="00515D86" w14:paraId="1FD0338A" w14:textId="77777777">
        <w:trPr>
          <w:jc w:val="center"/>
        </w:trPr>
        <w:tc>
          <w:tcPr>
            <w:tcW w:w="2160" w:type="dxa"/>
            <w:shd w:val="clear" w:color="auto" w:fill="F4F8FC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BE9DA76" w14:textId="6806F8E8" w:rsidR="00C4399B" w:rsidRPr="00515D86" w:rsidRDefault="00106AF1">
            <w:pPr>
              <w:rPr>
                <w:rFonts w:ascii="BIZ UDゴシック" w:eastAsia="BIZ UDゴシック" w:hAnsi="BIZ UDゴシック"/>
                <w:lang w:eastAsia="ja-JP"/>
              </w:rPr>
            </w:pPr>
            <w:r w:rsidRPr="00515D86">
              <w:rPr>
                <w:rFonts w:ascii="BIZ UDゴシック" w:eastAsia="BIZ UDゴシック" w:hAnsi="BIZ UDゴシック"/>
                <w:b/>
                <w:color w:val="005AAB"/>
              </w:rPr>
              <w:t>氏名</w:t>
            </w:r>
            <w:r w:rsidR="002F3706">
              <w:rPr>
                <w:rFonts w:ascii="BIZ UDゴシック" w:eastAsia="BIZ UDゴシック" w:hAnsi="BIZ UDゴシック" w:hint="eastAsia"/>
                <w:b/>
                <w:color w:val="005AAB"/>
                <w:lang w:eastAsia="ja-JP"/>
              </w:rPr>
              <w:t>・</w:t>
            </w:r>
            <w:r w:rsidR="002F3706" w:rsidRPr="00515D86">
              <w:rPr>
                <w:rFonts w:ascii="BIZ UDゴシック" w:eastAsia="BIZ UDゴシック" w:hAnsi="BIZ UDゴシック"/>
                <w:b/>
                <w:color w:val="005AAB"/>
              </w:rPr>
              <w:t>フリガナ</w:t>
            </w:r>
          </w:p>
        </w:tc>
        <w:tc>
          <w:tcPr>
            <w:tcW w:w="820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56E9ED6" w14:textId="6B5A3454" w:rsidR="00C4399B" w:rsidRPr="001A0A3A" w:rsidRDefault="00106AF1">
            <w:pPr>
              <w:rPr>
                <w:rFonts w:ascii="BIZ UDゴシック" w:eastAsia="BIZ UDゴシック" w:hAnsi="BIZ UDゴシック"/>
                <w:color w:val="auto"/>
                <w:sz w:val="20"/>
                <w:szCs w:val="20"/>
                <w:lang w:eastAsia="ja-JP"/>
              </w:rPr>
            </w:pPr>
            <w:r w:rsidRPr="001A0A3A">
              <w:rPr>
                <w:rFonts w:ascii="BIZ UDゴシック" w:eastAsia="BIZ UDゴシック" w:hAnsi="BIZ UDゴシック"/>
                <w:color w:val="auto"/>
                <w:sz w:val="20"/>
                <w:szCs w:val="20"/>
                <w:lang w:eastAsia="ja-JP"/>
              </w:rPr>
              <w:t>氏名：</w:t>
            </w:r>
            <w:r w:rsidR="002F3706" w:rsidRPr="001A0A3A">
              <w:rPr>
                <w:rFonts w:ascii="BIZ UDゴシック" w:eastAsia="BIZ UDゴシック" w:hAnsi="BIZ UDゴシック" w:hint="eastAsia"/>
                <w:color w:val="auto"/>
                <w:sz w:val="20"/>
                <w:szCs w:val="20"/>
                <w:lang w:eastAsia="ja-JP"/>
              </w:rPr>
              <w:t xml:space="preserve">　</w:t>
            </w:r>
            <w:r w:rsidR="00AA733E" w:rsidRPr="001A0A3A">
              <w:rPr>
                <w:rFonts w:ascii="BIZ UDゴシック" w:eastAsia="BIZ UDゴシック" w:hAnsi="BIZ UDゴシック" w:hint="eastAsia"/>
                <w:color w:val="auto"/>
                <w:sz w:val="20"/>
                <w:szCs w:val="20"/>
                <w:lang w:eastAsia="ja-JP"/>
              </w:rPr>
              <w:t xml:space="preserve">　　　</w:t>
            </w:r>
            <w:r w:rsidR="002F3706" w:rsidRPr="001A0A3A">
              <w:rPr>
                <w:rFonts w:ascii="BIZ UDゴシック" w:eastAsia="BIZ UDゴシック" w:hAnsi="BIZ UDゴシック" w:hint="eastAsia"/>
                <w:color w:val="auto"/>
                <w:sz w:val="20"/>
                <w:szCs w:val="20"/>
                <w:lang w:eastAsia="ja-JP"/>
              </w:rPr>
              <w:t xml:space="preserve">　</w:t>
            </w:r>
            <w:r w:rsidR="002F3706" w:rsidRPr="001A0A3A">
              <w:rPr>
                <w:rFonts w:ascii="BIZ UDゴシック" w:eastAsia="BIZ UDゴシック" w:hAnsi="BIZ UDゴシック"/>
                <w:color w:val="auto"/>
                <w:sz w:val="20"/>
                <w:szCs w:val="20"/>
                <w:lang w:eastAsia="ja-JP"/>
              </w:rPr>
              <w:t xml:space="preserve">（フリガナ：　　　）　</w:t>
            </w:r>
          </w:p>
        </w:tc>
      </w:tr>
      <w:tr w:rsidR="00C4399B" w:rsidRPr="00515D86" w14:paraId="44409A33" w14:textId="77777777">
        <w:trPr>
          <w:jc w:val="center"/>
        </w:trPr>
        <w:tc>
          <w:tcPr>
            <w:tcW w:w="2160" w:type="dxa"/>
            <w:shd w:val="clear" w:color="auto" w:fill="F4F8FC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155E6AA" w14:textId="77777777" w:rsidR="00C4399B" w:rsidRPr="00515D86" w:rsidRDefault="00106AF1">
            <w:pPr>
              <w:rPr>
                <w:rFonts w:ascii="BIZ UDゴシック" w:eastAsia="BIZ UDゴシック" w:hAnsi="BIZ UDゴシック"/>
              </w:rPr>
            </w:pPr>
            <w:r w:rsidRPr="00515D86">
              <w:rPr>
                <w:rFonts w:ascii="BIZ UDゴシック" w:eastAsia="BIZ UDゴシック" w:hAnsi="BIZ UDゴシック"/>
                <w:b/>
                <w:color w:val="005AAB"/>
              </w:rPr>
              <w:t>学校・学部・学年</w:t>
            </w:r>
          </w:p>
        </w:tc>
        <w:tc>
          <w:tcPr>
            <w:tcW w:w="820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77EBDB5" w14:textId="698A7E61" w:rsidR="00C4399B" w:rsidRPr="001A0A3A" w:rsidRDefault="00515D86" w:rsidP="00515D86">
            <w:pPr>
              <w:rPr>
                <w:rFonts w:ascii="BIZ UDゴシック" w:eastAsia="BIZ UDゴシック" w:hAnsi="BIZ UDゴシック"/>
                <w:color w:val="auto"/>
                <w:sz w:val="20"/>
                <w:szCs w:val="20"/>
                <w:lang w:eastAsia="ja-JP"/>
              </w:rPr>
            </w:pPr>
            <w:r w:rsidRPr="001A0A3A">
              <w:rPr>
                <w:rFonts w:ascii="BIZ UDゴシック" w:eastAsia="BIZ UDゴシック" w:hAnsi="BIZ UDゴシック" w:hint="eastAsia"/>
                <w:color w:val="auto"/>
                <w:sz w:val="20"/>
                <w:szCs w:val="20"/>
                <w:lang w:eastAsia="ja-JP"/>
              </w:rPr>
              <w:t xml:space="preserve">学校名　　　　　　　　　　　　　　　　</w:t>
            </w:r>
            <w:r w:rsidR="00106AF1" w:rsidRPr="001A0A3A">
              <w:rPr>
                <w:rFonts w:ascii="BIZ UDゴシック" w:eastAsia="BIZ UDゴシック" w:hAnsi="BIZ UDゴシック"/>
                <w:color w:val="auto"/>
                <w:sz w:val="20"/>
                <w:szCs w:val="20"/>
                <w:lang w:eastAsia="ja-JP"/>
              </w:rPr>
              <w:t xml:space="preserve">　学部（ 小・中・高 ）　　年</w:t>
            </w:r>
          </w:p>
        </w:tc>
      </w:tr>
      <w:tr w:rsidR="00C4399B" w:rsidRPr="00515D86" w14:paraId="1D6EA7FF" w14:textId="77777777">
        <w:trPr>
          <w:jc w:val="center"/>
        </w:trPr>
        <w:tc>
          <w:tcPr>
            <w:tcW w:w="2160" w:type="dxa"/>
            <w:shd w:val="clear" w:color="auto" w:fill="F4F8FC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328DB55" w14:textId="77777777" w:rsidR="00C4399B" w:rsidRPr="00515D86" w:rsidRDefault="00106AF1">
            <w:pPr>
              <w:rPr>
                <w:rFonts w:ascii="BIZ UDゴシック" w:eastAsia="BIZ UDゴシック" w:hAnsi="BIZ UDゴシック"/>
              </w:rPr>
            </w:pPr>
            <w:r w:rsidRPr="00515D86">
              <w:rPr>
                <w:rFonts w:ascii="BIZ UDゴシック" w:eastAsia="BIZ UDゴシック" w:hAnsi="BIZ UDゴシック"/>
                <w:b/>
                <w:color w:val="005AAB"/>
              </w:rPr>
              <w:t>グループ名</w:t>
            </w:r>
          </w:p>
        </w:tc>
        <w:tc>
          <w:tcPr>
            <w:tcW w:w="820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1734017" w14:textId="0C704B36" w:rsidR="00C4399B" w:rsidRPr="001A0A3A" w:rsidRDefault="00106AF1">
            <w:pPr>
              <w:rPr>
                <w:rFonts w:ascii="BIZ UDゴシック" w:eastAsia="BIZ UDゴシック" w:hAnsi="BIZ UDゴシック"/>
                <w:color w:val="auto"/>
                <w:sz w:val="20"/>
                <w:szCs w:val="20"/>
                <w:lang w:eastAsia="ja-JP"/>
              </w:rPr>
            </w:pPr>
            <w:r w:rsidRPr="001A0A3A">
              <w:rPr>
                <w:rFonts w:ascii="BIZ UDゴシック" w:eastAsia="BIZ UDゴシック" w:hAnsi="BIZ UDゴシック"/>
                <w:color w:val="auto"/>
                <w:sz w:val="20"/>
                <w:szCs w:val="20"/>
                <w:lang w:eastAsia="ja-JP"/>
              </w:rPr>
              <w:t>（※グループ</w:t>
            </w:r>
            <w:r w:rsidR="001A0A3A">
              <w:rPr>
                <w:rFonts w:ascii="BIZ UDゴシック" w:eastAsia="BIZ UDゴシック" w:hAnsi="BIZ UDゴシック" w:hint="eastAsia"/>
                <w:color w:val="auto"/>
                <w:sz w:val="20"/>
                <w:szCs w:val="20"/>
                <w:lang w:eastAsia="ja-JP"/>
              </w:rPr>
              <w:t>で</w:t>
            </w:r>
            <w:r w:rsidRPr="001A0A3A">
              <w:rPr>
                <w:rFonts w:ascii="BIZ UDゴシック" w:eastAsia="BIZ UDゴシック" w:hAnsi="BIZ UDゴシック"/>
                <w:color w:val="auto"/>
                <w:sz w:val="20"/>
                <w:szCs w:val="20"/>
                <w:lang w:eastAsia="ja-JP"/>
              </w:rPr>
              <w:t>応募する場合のみ記入：　　　　　　　）</w:t>
            </w:r>
          </w:p>
        </w:tc>
      </w:tr>
      <w:tr w:rsidR="00C4399B" w:rsidRPr="00515D86" w14:paraId="73AB43CD" w14:textId="77777777">
        <w:trPr>
          <w:jc w:val="center"/>
        </w:trPr>
        <w:tc>
          <w:tcPr>
            <w:tcW w:w="2160" w:type="dxa"/>
            <w:shd w:val="clear" w:color="auto" w:fill="F4F8FC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92F9BDB" w14:textId="77777777" w:rsidR="00C4399B" w:rsidRPr="00515D86" w:rsidRDefault="00106AF1">
            <w:pPr>
              <w:rPr>
                <w:rFonts w:ascii="BIZ UDゴシック" w:eastAsia="BIZ UDゴシック" w:hAnsi="BIZ UDゴシック"/>
              </w:rPr>
            </w:pPr>
            <w:r w:rsidRPr="00515D86">
              <w:rPr>
                <w:rFonts w:ascii="BIZ UDゴシック" w:eastAsia="BIZ UDゴシック" w:hAnsi="BIZ UDゴシック"/>
                <w:b/>
                <w:color w:val="005AAB"/>
              </w:rPr>
              <w:t>作品タイトル</w:t>
            </w:r>
          </w:p>
        </w:tc>
        <w:tc>
          <w:tcPr>
            <w:tcW w:w="820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27AFF91" w14:textId="7E965E8B" w:rsidR="00C4399B" w:rsidRPr="001A0A3A" w:rsidRDefault="00C4399B">
            <w:pPr>
              <w:rPr>
                <w:rFonts w:ascii="BIZ UDゴシック" w:eastAsia="BIZ UDゴシック" w:hAnsi="BIZ UDゴシック"/>
                <w:sz w:val="20"/>
                <w:szCs w:val="20"/>
                <w:lang w:eastAsia="ja-JP"/>
              </w:rPr>
            </w:pPr>
          </w:p>
        </w:tc>
      </w:tr>
    </w:tbl>
    <w:p w14:paraId="0C54FF7E" w14:textId="0F2AE748" w:rsidR="00C4399B" w:rsidRPr="00515D86" w:rsidRDefault="00106AF1">
      <w:pPr>
        <w:keepNext/>
        <w:spacing w:before="100" w:after="4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b/>
          <w:color w:val="005AAB"/>
          <w:sz w:val="19"/>
          <w:lang w:eastAsia="ja-JP"/>
        </w:rPr>
        <w:t>２</w:t>
      </w:r>
      <w:r w:rsidRPr="00515D86">
        <w:rPr>
          <w:rFonts w:ascii="BIZ UDゴシック" w:eastAsia="BIZ UDゴシック" w:hAnsi="BIZ UDゴシック"/>
          <w:b/>
          <w:color w:val="005AAB"/>
          <w:sz w:val="19"/>
        </w:rPr>
        <w:t xml:space="preserve"> 作品情報</w:t>
      </w:r>
    </w:p>
    <w:tbl>
      <w:tblPr>
        <w:tblW w:w="0" w:type="auto"/>
        <w:jc w:val="center"/>
        <w:tblBorders>
          <w:top w:val="single" w:sz="4" w:space="0" w:color="DCDCDC"/>
          <w:left w:val="single" w:sz="4" w:space="0" w:color="DCDCDC"/>
          <w:bottom w:val="single" w:sz="4" w:space="0" w:color="DCDCDC"/>
          <w:right w:val="single" w:sz="4" w:space="0" w:color="DCDCDC"/>
          <w:insideH w:val="single" w:sz="4" w:space="0" w:color="DCDCDC"/>
          <w:insideV w:val="single" w:sz="4" w:space="0" w:color="DCDCDC"/>
        </w:tblBorders>
        <w:tblLook w:val="04A0" w:firstRow="1" w:lastRow="0" w:firstColumn="1" w:lastColumn="0" w:noHBand="0" w:noVBand="1"/>
      </w:tblPr>
      <w:tblGrid>
        <w:gridCol w:w="2160"/>
        <w:gridCol w:w="8208"/>
      </w:tblGrid>
      <w:tr w:rsidR="00C4399B" w:rsidRPr="00515D86" w14:paraId="358F7013" w14:textId="77777777">
        <w:trPr>
          <w:jc w:val="center"/>
        </w:trPr>
        <w:tc>
          <w:tcPr>
            <w:tcW w:w="2160" w:type="dxa"/>
            <w:shd w:val="clear" w:color="auto" w:fill="F4F8FC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3DA4D88" w14:textId="77777777" w:rsidR="00C4399B" w:rsidRPr="00515D86" w:rsidRDefault="00106AF1">
            <w:pPr>
              <w:rPr>
                <w:rFonts w:ascii="BIZ UDゴシック" w:eastAsia="BIZ UDゴシック" w:hAnsi="BIZ UDゴシック"/>
              </w:rPr>
            </w:pPr>
            <w:r w:rsidRPr="00515D86">
              <w:rPr>
                <w:rFonts w:ascii="BIZ UDゴシック" w:eastAsia="BIZ UDゴシック" w:hAnsi="BIZ UDゴシック"/>
                <w:b/>
                <w:color w:val="005AAB"/>
              </w:rPr>
              <w:t>使用した生成AI</w:t>
            </w:r>
          </w:p>
        </w:tc>
        <w:tc>
          <w:tcPr>
            <w:tcW w:w="820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8DD1C31" w14:textId="2D2211A5" w:rsidR="00C4399B" w:rsidRPr="001A0A3A" w:rsidRDefault="001A0A3A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A0A3A">
              <w:rPr>
                <w:rFonts w:ascii="BIZ UDゴシック" w:eastAsia="BIZ UDゴシック" w:hAnsi="BIZ UDゴシック"/>
                <w:color w:val="auto"/>
                <w:sz w:val="20"/>
                <w:szCs w:val="20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20"/>
                  <w:szCs w:val="20"/>
                </w:rPr>
                <w:id w:val="-551077594"/>
                <w14:checkbox>
                  <w14:checked w14:val="0"/>
                  <w14:checkedState w14:val="2713" w14:font="Yu Gothic"/>
                  <w14:uncheckedState w14:val="2610" w14:font="Yu Gothic"/>
                </w14:checkbox>
              </w:sdtPr>
              <w:sdtEndPr/>
              <w:sdtContent>
                <w:r w:rsidRPr="001A0A3A">
                  <w:rPr>
                    <w:rFonts w:eastAsia="Yu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Pr="001A0A3A">
              <w:rPr>
                <w:rFonts w:ascii="BIZ UDゴシック" w:eastAsia="BIZ UDゴシック" w:hAnsi="BIZ UDゴシック"/>
                <w:color w:val="auto"/>
                <w:sz w:val="20"/>
                <w:szCs w:val="20"/>
              </w:rPr>
              <w:t xml:space="preserve"> </w:t>
            </w:r>
            <w:r w:rsidRPr="001A0A3A">
              <w:rPr>
                <w:rFonts w:ascii="BIZ UDゴシック" w:eastAsia="BIZ UDゴシック" w:hAnsi="BIZ UDゴシック" w:hint="eastAsia"/>
                <w:color w:val="auto"/>
                <w:sz w:val="20"/>
                <w:szCs w:val="20"/>
                <w:lang w:eastAsia="ja-JP"/>
              </w:rPr>
              <w:t>Gemini</w:t>
            </w:r>
            <w:r w:rsidR="00106AF1" w:rsidRPr="001A0A3A">
              <w:rPr>
                <w:rFonts w:ascii="BIZ UDゴシック" w:eastAsia="BIZ UDゴシック" w:hAnsi="BIZ UDゴシック"/>
                <w:color w:val="auto"/>
                <w:sz w:val="20"/>
                <w:szCs w:val="20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20"/>
                  <w:szCs w:val="20"/>
                </w:rPr>
                <w:id w:val="-436599447"/>
                <w14:checkbox>
                  <w14:checked w14:val="0"/>
                  <w14:checkedState w14:val="2713" w14:font="Yu Gothic"/>
                  <w14:uncheckedState w14:val="2610" w14:font="Yu Gothic"/>
                </w14:checkbox>
              </w:sdtPr>
              <w:sdtEndPr/>
              <w:sdtContent>
                <w:r w:rsidR="00DA00C1" w:rsidRPr="001A0A3A">
                  <w:rPr>
                    <w:rFonts w:eastAsia="Yu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106AF1" w:rsidRPr="001A0A3A">
              <w:rPr>
                <w:rFonts w:ascii="BIZ UDゴシック" w:eastAsia="BIZ UDゴシック" w:hAnsi="BIZ UDゴシック"/>
                <w:color w:val="auto"/>
                <w:sz w:val="20"/>
                <w:szCs w:val="20"/>
              </w:rPr>
              <w:t xml:space="preserve"> ChatGPT　</w:t>
            </w:r>
            <w:r w:rsidRPr="001A0A3A">
              <w:rPr>
                <w:rFonts w:ascii="BIZ UDゴシック" w:eastAsia="BIZ UDゴシック" w:hAnsi="BIZ UDゴシック" w:hint="eastAsia"/>
                <w:color w:val="auto"/>
                <w:sz w:val="20"/>
                <w:szCs w:val="20"/>
                <w:lang w:eastAsia="ja-JP"/>
              </w:rPr>
              <w:t xml:space="preserve"> 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20"/>
                  <w:szCs w:val="20"/>
                </w:rPr>
                <w:id w:val="138078593"/>
                <w14:checkbox>
                  <w14:checked w14:val="0"/>
                  <w14:checkedState w14:val="2713" w14:font="Yu Gothic"/>
                  <w14:uncheckedState w14:val="2610" w14:font="Yu Gothic"/>
                </w14:checkbox>
              </w:sdtPr>
              <w:sdtEndPr/>
              <w:sdtContent>
                <w:r w:rsidRPr="001A0A3A">
                  <w:rPr>
                    <w:rFonts w:eastAsia="Yu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Pr="001A0A3A">
              <w:rPr>
                <w:rFonts w:ascii="BIZ UDゴシック" w:eastAsia="BIZ UDゴシック" w:hAnsi="BIZ UDゴシック"/>
                <w:color w:val="auto"/>
                <w:sz w:val="20"/>
                <w:szCs w:val="20"/>
              </w:rPr>
              <w:t xml:space="preserve"> Copilot　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20"/>
                  <w:szCs w:val="20"/>
                </w:rPr>
                <w:id w:val="1767421371"/>
                <w14:checkbox>
                  <w14:checked w14:val="0"/>
                  <w14:checkedState w14:val="2713" w14:font="Yu Gothic"/>
                  <w14:uncheckedState w14:val="2610" w14:font="Yu Gothic"/>
                </w14:checkbox>
              </w:sdtPr>
              <w:sdtEndPr/>
              <w:sdtContent>
                <w:r w:rsidR="00DA00C1" w:rsidRPr="001A0A3A">
                  <w:rPr>
                    <w:rFonts w:eastAsia="Yu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106AF1" w:rsidRPr="001A0A3A">
              <w:rPr>
                <w:rFonts w:ascii="BIZ UDゴシック" w:eastAsia="BIZ UDゴシック" w:hAnsi="BIZ UDゴシック"/>
                <w:color w:val="auto"/>
                <w:sz w:val="20"/>
                <w:szCs w:val="20"/>
              </w:rPr>
              <w:t xml:space="preserve"> その他（　　　</w:t>
            </w:r>
            <w:r w:rsidR="00515D86" w:rsidRPr="001A0A3A">
              <w:rPr>
                <w:rFonts w:ascii="BIZ UDゴシック" w:eastAsia="BIZ UDゴシック" w:hAnsi="BIZ UDゴシック" w:hint="eastAsia"/>
                <w:color w:val="auto"/>
                <w:sz w:val="20"/>
                <w:szCs w:val="20"/>
                <w:lang w:eastAsia="ja-JP"/>
              </w:rPr>
              <w:t xml:space="preserve">         </w:t>
            </w:r>
            <w:r w:rsidR="00106AF1" w:rsidRPr="001A0A3A">
              <w:rPr>
                <w:rFonts w:ascii="BIZ UDゴシック" w:eastAsia="BIZ UDゴシック" w:hAnsi="BIZ UDゴシック"/>
                <w:color w:val="auto"/>
                <w:sz w:val="20"/>
                <w:szCs w:val="20"/>
              </w:rPr>
              <w:t xml:space="preserve">　　　　）</w:t>
            </w:r>
          </w:p>
        </w:tc>
      </w:tr>
    </w:tbl>
    <w:p w14:paraId="4E1BB25C" w14:textId="3B142B42" w:rsidR="00C4399B" w:rsidRPr="00515D86" w:rsidRDefault="00106AF1">
      <w:pPr>
        <w:keepNext/>
        <w:spacing w:before="100" w:after="40"/>
        <w:rPr>
          <w:rFonts w:ascii="BIZ UDゴシック" w:eastAsia="BIZ UDゴシック" w:hAnsi="BIZ UDゴシック"/>
          <w:lang w:eastAsia="ja-JP"/>
        </w:rPr>
      </w:pPr>
      <w:r>
        <w:rPr>
          <w:rFonts w:ascii="BIZ UDゴシック" w:eastAsia="BIZ UDゴシック" w:hAnsi="BIZ UDゴシック" w:hint="eastAsia"/>
          <w:b/>
          <w:color w:val="005AAB"/>
          <w:sz w:val="19"/>
          <w:lang w:eastAsia="ja-JP"/>
        </w:rPr>
        <w:t>３</w:t>
      </w:r>
      <w:r w:rsidRPr="00515D86">
        <w:rPr>
          <w:rFonts w:ascii="BIZ UDゴシック" w:eastAsia="BIZ UDゴシック" w:hAnsi="BIZ UDゴシック"/>
          <w:b/>
          <w:color w:val="005AAB"/>
          <w:sz w:val="19"/>
          <w:lang w:eastAsia="ja-JP"/>
        </w:rPr>
        <w:t xml:space="preserve"> 作品づくりとAIとの対話の記録</w:t>
      </w:r>
    </w:p>
    <w:tbl>
      <w:tblPr>
        <w:tblW w:w="0" w:type="auto"/>
        <w:jc w:val="center"/>
        <w:tblBorders>
          <w:top w:val="single" w:sz="4" w:space="0" w:color="DCDCDC"/>
          <w:left w:val="single" w:sz="4" w:space="0" w:color="DCDCDC"/>
          <w:bottom w:val="single" w:sz="4" w:space="0" w:color="DCDCDC"/>
          <w:right w:val="single" w:sz="4" w:space="0" w:color="DCDCDC"/>
          <w:insideH w:val="single" w:sz="4" w:space="0" w:color="DCDCDC"/>
          <w:insideV w:val="single" w:sz="4" w:space="0" w:color="DCDCDC"/>
        </w:tblBorders>
        <w:tblLook w:val="04A0" w:firstRow="1" w:lastRow="0" w:firstColumn="1" w:lastColumn="0" w:noHBand="0" w:noVBand="1"/>
      </w:tblPr>
      <w:tblGrid>
        <w:gridCol w:w="2160"/>
        <w:gridCol w:w="8208"/>
      </w:tblGrid>
      <w:tr w:rsidR="00C4399B" w:rsidRPr="00515D86" w14:paraId="21EF0CD6" w14:textId="77777777">
        <w:trPr>
          <w:jc w:val="center"/>
        </w:trPr>
        <w:tc>
          <w:tcPr>
            <w:tcW w:w="2160" w:type="dxa"/>
            <w:shd w:val="clear" w:color="auto" w:fill="F4F8FC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79660E5" w14:textId="77777777" w:rsidR="00C4399B" w:rsidRPr="00515D86" w:rsidRDefault="00106AF1">
            <w:pPr>
              <w:rPr>
                <w:rFonts w:ascii="BIZ UDゴシック" w:eastAsia="BIZ UDゴシック" w:hAnsi="BIZ UDゴシック"/>
                <w:lang w:eastAsia="ja-JP"/>
              </w:rPr>
            </w:pPr>
            <w:r w:rsidRPr="00515D86">
              <w:rPr>
                <w:rFonts w:ascii="BIZ UDゴシック" w:eastAsia="BIZ UDゴシック" w:hAnsi="BIZ UDゴシック"/>
                <w:b/>
                <w:color w:val="005AAB"/>
                <w:lang w:eastAsia="ja-JP"/>
              </w:rPr>
              <w:t>① AIに伝えたことば</w:t>
            </w:r>
            <w:r w:rsidRPr="00515D86">
              <w:rPr>
                <w:rFonts w:ascii="BIZ UDゴシック" w:eastAsia="BIZ UDゴシック" w:hAnsi="BIZ UDゴシック"/>
                <w:b/>
                <w:color w:val="005AAB"/>
                <w:lang w:eastAsia="ja-JP"/>
              </w:rPr>
              <w:br/>
              <w:t>（プロンプト・指示文）</w:t>
            </w:r>
          </w:p>
        </w:tc>
        <w:tc>
          <w:tcPr>
            <w:tcW w:w="820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F0FF320" w14:textId="222D62A2" w:rsidR="00C4399B" w:rsidRPr="001A0A3A" w:rsidRDefault="00106AF1">
            <w:pPr>
              <w:rPr>
                <w:rFonts w:ascii="BIZ UDゴシック" w:eastAsia="BIZ UDゴシック" w:hAnsi="BIZ UDゴシック"/>
                <w:color w:val="auto"/>
                <w:sz w:val="20"/>
                <w:szCs w:val="20"/>
                <w:lang w:eastAsia="ja-JP"/>
              </w:rPr>
            </w:pPr>
            <w:r w:rsidRPr="001A0A3A">
              <w:rPr>
                <w:rFonts w:ascii="BIZ UDゴシック" w:eastAsia="BIZ UDゴシック" w:hAnsi="BIZ UDゴシック"/>
                <w:color w:val="auto"/>
                <w:sz w:val="20"/>
                <w:szCs w:val="20"/>
                <w:lang w:eastAsia="ja-JP"/>
              </w:rPr>
              <w:t>AIにどのような言葉を入力しましたか？（※代理入力の場合も本人の言葉を記入）</w:t>
            </w:r>
            <w:r w:rsidRPr="001A0A3A">
              <w:rPr>
                <w:rFonts w:ascii="BIZ UDゴシック" w:eastAsia="BIZ UDゴシック" w:hAnsi="BIZ UDゴシック"/>
                <w:color w:val="auto"/>
                <w:sz w:val="20"/>
                <w:szCs w:val="20"/>
                <w:lang w:eastAsia="ja-JP"/>
              </w:rPr>
              <w:br/>
              <w:t>【記入欄】</w:t>
            </w:r>
            <w:r w:rsidRPr="001A0A3A">
              <w:rPr>
                <w:rFonts w:ascii="BIZ UDゴシック" w:eastAsia="BIZ UDゴシック" w:hAnsi="BIZ UDゴシック"/>
                <w:color w:val="auto"/>
                <w:sz w:val="20"/>
                <w:szCs w:val="20"/>
                <w:lang w:eastAsia="ja-JP"/>
              </w:rPr>
              <w:br/>
            </w:r>
          </w:p>
        </w:tc>
      </w:tr>
      <w:tr w:rsidR="00C4399B" w:rsidRPr="00515D86" w14:paraId="21B79390" w14:textId="77777777">
        <w:trPr>
          <w:jc w:val="center"/>
        </w:trPr>
        <w:tc>
          <w:tcPr>
            <w:tcW w:w="2160" w:type="dxa"/>
            <w:shd w:val="clear" w:color="auto" w:fill="F4F8FC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ACC2B1B" w14:textId="77777777" w:rsidR="00C4399B" w:rsidRPr="00515D86" w:rsidRDefault="00106AF1" w:rsidP="00AA733E">
            <w:pPr>
              <w:ind w:rightChars="349" w:right="593"/>
              <w:rPr>
                <w:rFonts w:ascii="BIZ UDゴシック" w:eastAsia="BIZ UDゴシック" w:hAnsi="BIZ UDゴシック"/>
              </w:rPr>
            </w:pPr>
            <w:r w:rsidRPr="00515D86">
              <w:rPr>
                <w:rFonts w:ascii="BIZ UDゴシック" w:eastAsia="BIZ UDゴシック" w:hAnsi="BIZ UDゴシック"/>
                <w:b/>
                <w:color w:val="005AAB"/>
              </w:rPr>
              <w:t>② 工夫した点</w:t>
            </w:r>
          </w:p>
        </w:tc>
        <w:tc>
          <w:tcPr>
            <w:tcW w:w="820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59EA1F2" w14:textId="422DACC1" w:rsidR="00C4399B" w:rsidRPr="001A0A3A" w:rsidRDefault="00106AF1">
            <w:pPr>
              <w:rPr>
                <w:rFonts w:ascii="BIZ UDゴシック" w:eastAsia="BIZ UDゴシック" w:hAnsi="BIZ UDゴシック"/>
                <w:color w:val="auto"/>
                <w:sz w:val="20"/>
                <w:szCs w:val="20"/>
                <w:lang w:eastAsia="ja-JP"/>
              </w:rPr>
            </w:pPr>
            <w:r w:rsidRPr="001A0A3A">
              <w:rPr>
                <w:rFonts w:ascii="BIZ UDゴシック" w:eastAsia="BIZ UDゴシック" w:hAnsi="BIZ UDゴシック"/>
                <w:color w:val="auto"/>
                <w:sz w:val="20"/>
                <w:szCs w:val="20"/>
                <w:lang w:eastAsia="ja-JP"/>
              </w:rPr>
              <w:t>理想の絵にするために追加・修正した言葉やポイントを教えてください。</w:t>
            </w:r>
            <w:r w:rsidRPr="001A0A3A">
              <w:rPr>
                <w:rFonts w:ascii="BIZ UDゴシック" w:eastAsia="BIZ UDゴシック" w:hAnsi="BIZ UDゴシック"/>
                <w:color w:val="auto"/>
                <w:sz w:val="20"/>
                <w:szCs w:val="20"/>
                <w:lang w:eastAsia="ja-JP"/>
              </w:rPr>
              <w:br/>
              <w:t>【記入欄】</w:t>
            </w:r>
            <w:r w:rsidRPr="001A0A3A">
              <w:rPr>
                <w:rFonts w:ascii="BIZ UDゴシック" w:eastAsia="BIZ UDゴシック" w:hAnsi="BIZ UDゴシック"/>
                <w:color w:val="auto"/>
                <w:sz w:val="20"/>
                <w:szCs w:val="20"/>
                <w:lang w:eastAsia="ja-JP"/>
              </w:rPr>
              <w:br/>
            </w:r>
          </w:p>
        </w:tc>
      </w:tr>
      <w:tr w:rsidR="00C4399B" w:rsidRPr="00515D86" w14:paraId="4C1EF5E7" w14:textId="77777777">
        <w:trPr>
          <w:jc w:val="center"/>
        </w:trPr>
        <w:tc>
          <w:tcPr>
            <w:tcW w:w="2160" w:type="dxa"/>
            <w:shd w:val="clear" w:color="auto" w:fill="F4F8FC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AA4BC34" w14:textId="77777777" w:rsidR="00C4399B" w:rsidRPr="00515D86" w:rsidRDefault="00106AF1">
            <w:pPr>
              <w:rPr>
                <w:rFonts w:ascii="BIZ UDゴシック" w:eastAsia="BIZ UDゴシック" w:hAnsi="BIZ UDゴシック"/>
                <w:lang w:eastAsia="ja-JP"/>
              </w:rPr>
            </w:pPr>
            <w:r w:rsidRPr="00515D86">
              <w:rPr>
                <w:rFonts w:ascii="BIZ UDゴシック" w:eastAsia="BIZ UDゴシック" w:hAnsi="BIZ UDゴシック"/>
                <w:b/>
                <w:color w:val="005AAB"/>
                <w:lang w:eastAsia="ja-JP"/>
              </w:rPr>
              <w:t>③ 作品に込めた思い</w:t>
            </w:r>
            <w:r w:rsidRPr="00515D86">
              <w:rPr>
                <w:rFonts w:ascii="BIZ UDゴシック" w:eastAsia="BIZ UDゴシック" w:hAnsi="BIZ UDゴシック"/>
                <w:b/>
                <w:color w:val="005AAB"/>
                <w:lang w:eastAsia="ja-JP"/>
              </w:rPr>
              <w:br/>
              <w:t>（100字程度）</w:t>
            </w:r>
          </w:p>
        </w:tc>
        <w:tc>
          <w:tcPr>
            <w:tcW w:w="820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CD4D5E8" w14:textId="6D494206" w:rsidR="00C4399B" w:rsidRPr="001A0A3A" w:rsidRDefault="00106AF1">
            <w:pPr>
              <w:rPr>
                <w:rFonts w:ascii="BIZ UDゴシック" w:eastAsia="BIZ UDゴシック" w:hAnsi="BIZ UDゴシック"/>
                <w:color w:val="auto"/>
                <w:sz w:val="20"/>
                <w:szCs w:val="20"/>
              </w:rPr>
            </w:pPr>
            <w:r w:rsidRPr="001A0A3A">
              <w:rPr>
                <w:rFonts w:ascii="BIZ UDゴシック" w:eastAsia="BIZ UDゴシック" w:hAnsi="BIZ UDゴシック"/>
                <w:color w:val="auto"/>
                <w:sz w:val="20"/>
                <w:szCs w:val="20"/>
                <w:lang w:eastAsia="ja-JP"/>
              </w:rPr>
              <w:t>この絵で表現したかった「あなたの夢」や「大好きな世界」について教えてください。</w:t>
            </w:r>
            <w:r w:rsidRPr="001A0A3A">
              <w:rPr>
                <w:rFonts w:ascii="BIZ UDゴシック" w:eastAsia="BIZ UDゴシック" w:hAnsi="BIZ UDゴシック"/>
                <w:color w:val="auto"/>
                <w:sz w:val="20"/>
                <w:szCs w:val="20"/>
                <w:lang w:eastAsia="ja-JP"/>
              </w:rPr>
              <w:br/>
            </w:r>
            <w:r w:rsidRPr="001A0A3A">
              <w:rPr>
                <w:rFonts w:ascii="BIZ UDゴシック" w:eastAsia="BIZ UDゴシック" w:hAnsi="BIZ UDゴシック"/>
                <w:color w:val="auto"/>
                <w:sz w:val="20"/>
                <w:szCs w:val="20"/>
              </w:rPr>
              <w:t>【記入欄】</w:t>
            </w:r>
            <w:r w:rsidRPr="001A0A3A">
              <w:rPr>
                <w:rFonts w:ascii="BIZ UDゴシック" w:eastAsia="BIZ UDゴシック" w:hAnsi="BIZ UDゴシック"/>
                <w:color w:val="auto"/>
                <w:sz w:val="20"/>
                <w:szCs w:val="20"/>
              </w:rPr>
              <w:br/>
            </w:r>
          </w:p>
        </w:tc>
      </w:tr>
    </w:tbl>
    <w:p w14:paraId="5ACC89D7" w14:textId="2EF340FF" w:rsidR="00C4399B" w:rsidRPr="00515D86" w:rsidRDefault="00106AF1">
      <w:pPr>
        <w:keepNext/>
        <w:spacing w:before="100" w:after="40"/>
        <w:rPr>
          <w:rFonts w:ascii="BIZ UDゴシック" w:eastAsia="BIZ UDゴシック" w:hAnsi="BIZ UDゴシック"/>
          <w:lang w:eastAsia="ja-JP"/>
        </w:rPr>
      </w:pPr>
      <w:r>
        <w:rPr>
          <w:rFonts w:ascii="BIZ UDゴシック" w:eastAsia="BIZ UDゴシック" w:hAnsi="BIZ UDゴシック" w:hint="eastAsia"/>
          <w:b/>
          <w:color w:val="005AAB"/>
          <w:sz w:val="19"/>
          <w:lang w:eastAsia="ja-JP"/>
        </w:rPr>
        <w:t>４</w:t>
      </w:r>
      <w:r w:rsidRPr="00515D86">
        <w:rPr>
          <w:rFonts w:ascii="BIZ UDゴシック" w:eastAsia="BIZ UDゴシック" w:hAnsi="BIZ UDゴシック"/>
          <w:b/>
          <w:color w:val="005AAB"/>
          <w:sz w:val="19"/>
          <w:lang w:eastAsia="ja-JP"/>
        </w:rPr>
        <w:t xml:space="preserve"> 支援・サポートの記録（※サポートがあった場合のみ記入）</w:t>
      </w:r>
    </w:p>
    <w:tbl>
      <w:tblPr>
        <w:tblW w:w="0" w:type="auto"/>
        <w:jc w:val="center"/>
        <w:tblBorders>
          <w:top w:val="single" w:sz="4" w:space="0" w:color="DCDCDC"/>
          <w:left w:val="single" w:sz="4" w:space="0" w:color="DCDCDC"/>
          <w:bottom w:val="single" w:sz="4" w:space="0" w:color="DCDCDC"/>
          <w:right w:val="single" w:sz="4" w:space="0" w:color="DCDCDC"/>
          <w:insideH w:val="single" w:sz="4" w:space="0" w:color="DCDCDC"/>
          <w:insideV w:val="single" w:sz="4" w:space="0" w:color="DCDCDC"/>
        </w:tblBorders>
        <w:tblLook w:val="04A0" w:firstRow="1" w:lastRow="0" w:firstColumn="1" w:lastColumn="0" w:noHBand="0" w:noVBand="1"/>
      </w:tblPr>
      <w:tblGrid>
        <w:gridCol w:w="2160"/>
        <w:gridCol w:w="8208"/>
      </w:tblGrid>
      <w:tr w:rsidR="00C4399B" w:rsidRPr="00515D86" w14:paraId="6A6095B1" w14:textId="77777777">
        <w:trPr>
          <w:jc w:val="center"/>
        </w:trPr>
        <w:tc>
          <w:tcPr>
            <w:tcW w:w="2160" w:type="dxa"/>
            <w:shd w:val="clear" w:color="auto" w:fill="F4F8FC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3D0DEA9" w14:textId="77777777" w:rsidR="00C4399B" w:rsidRPr="00515D86" w:rsidRDefault="00106AF1">
            <w:pPr>
              <w:rPr>
                <w:rFonts w:ascii="BIZ UDゴシック" w:eastAsia="BIZ UDゴシック" w:hAnsi="BIZ UDゴシック"/>
              </w:rPr>
            </w:pPr>
            <w:r w:rsidRPr="00515D86">
              <w:rPr>
                <w:rFonts w:ascii="BIZ UDゴシック" w:eastAsia="BIZ UDゴシック" w:hAnsi="BIZ UDゴシック"/>
                <w:b/>
                <w:color w:val="005AAB"/>
              </w:rPr>
              <w:t>サポート内容</w:t>
            </w:r>
          </w:p>
        </w:tc>
        <w:tc>
          <w:tcPr>
            <w:tcW w:w="820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EFAE644" w14:textId="479E2323" w:rsidR="00C4399B" w:rsidRPr="00D5642D" w:rsidRDefault="00AC7BB2">
            <w:pPr>
              <w:rPr>
                <w:rFonts w:ascii="BIZ UDゴシック" w:eastAsia="BIZ UDゴシック" w:hAnsi="BIZ UDゴシック"/>
                <w:color w:val="auto"/>
                <w:lang w:eastAsia="ja-JP"/>
              </w:rPr>
            </w:pPr>
            <w:sdt>
              <w:sdtPr>
                <w:rPr>
                  <w:rFonts w:ascii="BIZ UDゴシック" w:eastAsia="BIZ UDゴシック" w:hAnsi="BIZ UDゴシック"/>
                  <w:color w:val="auto"/>
                  <w:sz w:val="16"/>
                  <w:lang w:eastAsia="ja-JP"/>
                </w:rPr>
                <w:id w:val="-1359579053"/>
                <w14:checkbox>
                  <w14:checked w14:val="0"/>
                  <w14:checkedState w14:val="2713" w14:font="Yu Gothic"/>
                  <w14:uncheckedState w14:val="2610" w14:font="Yu Gothic"/>
                </w14:checkbox>
              </w:sdtPr>
              <w:sdtEndPr/>
              <w:sdtContent>
                <w:r w:rsidR="00DA00C1" w:rsidRPr="00D5642D">
                  <w:rPr>
                    <w:rFonts w:eastAsia="Yu Gothic" w:hint="eastAsia"/>
                    <w:color w:val="auto"/>
                    <w:sz w:val="16"/>
                    <w:lang w:eastAsia="ja-JP"/>
                  </w:rPr>
                  <w:t>☐</w:t>
                </w:r>
              </w:sdtContent>
            </w:sdt>
            <w:r w:rsidR="00106AF1" w:rsidRPr="00D5642D">
              <w:rPr>
                <w:rFonts w:ascii="BIZ UDゴシック" w:eastAsia="BIZ UDゴシック" w:hAnsi="BIZ UDゴシック"/>
                <w:color w:val="auto"/>
                <w:sz w:val="16"/>
                <w:lang w:eastAsia="ja-JP"/>
              </w:rPr>
              <w:t xml:space="preserve"> 本人の意思（言葉・身振り等）の代理入力</w:t>
            </w:r>
            <w:r w:rsidR="00ED66EE">
              <w:rPr>
                <w:rFonts w:ascii="BIZ UDゴシック" w:eastAsia="BIZ UDゴシック" w:hAnsi="BIZ UDゴシック" w:hint="eastAsia"/>
                <w:color w:val="auto"/>
                <w:sz w:val="16"/>
                <w:lang w:eastAsia="ja-JP"/>
              </w:rPr>
              <w:t xml:space="preserve">　</w:t>
            </w:r>
            <w:r w:rsidR="001A0A3A">
              <w:rPr>
                <w:rFonts w:ascii="BIZ UDゴシック" w:eastAsia="BIZ UDゴシック" w:hAnsi="BIZ UDゴシック" w:hint="eastAsia"/>
                <w:color w:val="auto"/>
                <w:sz w:val="16"/>
                <w:lang w:eastAsia="ja-JP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16"/>
                  <w:lang w:eastAsia="ja-JP"/>
                </w:rPr>
                <w:id w:val="1120650328"/>
                <w14:checkbox>
                  <w14:checked w14:val="0"/>
                  <w14:checkedState w14:val="2713" w14:font="Yu Gothic"/>
                  <w14:uncheckedState w14:val="2610" w14:font="Yu Gothic"/>
                </w14:checkbox>
              </w:sdtPr>
              <w:sdtEndPr/>
              <w:sdtContent>
                <w:r w:rsidR="001A0A3A" w:rsidRPr="00D5642D">
                  <w:rPr>
                    <w:rFonts w:eastAsia="Yu Gothic" w:hint="eastAsia"/>
                    <w:color w:val="auto"/>
                    <w:sz w:val="16"/>
                    <w:lang w:eastAsia="ja-JP"/>
                  </w:rPr>
                  <w:t>☐</w:t>
                </w:r>
              </w:sdtContent>
            </w:sdt>
            <w:r w:rsidR="001A0A3A">
              <w:rPr>
                <w:rFonts w:ascii="BIZ UDゴシック" w:eastAsia="BIZ UDゴシック" w:hAnsi="BIZ UDゴシック" w:hint="eastAsia"/>
                <w:color w:val="auto"/>
                <w:sz w:val="16"/>
                <w:lang w:eastAsia="ja-JP"/>
              </w:rPr>
              <w:t xml:space="preserve"> 紙作品のデータ取込み</w:t>
            </w:r>
            <w:r w:rsidR="00106AF1" w:rsidRPr="00D5642D">
              <w:rPr>
                <w:rFonts w:ascii="BIZ UDゴシック" w:eastAsia="BIZ UDゴシック" w:hAnsi="BIZ UDゴシック"/>
                <w:color w:val="auto"/>
                <w:sz w:val="16"/>
                <w:lang w:eastAsia="ja-JP"/>
              </w:rPr>
              <w:t xml:space="preserve">　　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16"/>
                  <w:lang w:eastAsia="ja-JP"/>
                </w:rPr>
                <w:id w:val="1863403646"/>
                <w14:checkbox>
                  <w14:checked w14:val="0"/>
                  <w14:checkedState w14:val="2713" w14:font="Yu Gothic"/>
                  <w14:uncheckedState w14:val="2610" w14:font="Yu Gothic"/>
                </w14:checkbox>
              </w:sdtPr>
              <w:sdtEndPr/>
              <w:sdtContent>
                <w:r w:rsidR="00DA00C1" w:rsidRPr="00D5642D">
                  <w:rPr>
                    <w:rFonts w:eastAsia="Yu Gothic" w:hint="eastAsia"/>
                    <w:color w:val="auto"/>
                    <w:sz w:val="16"/>
                    <w:lang w:eastAsia="ja-JP"/>
                  </w:rPr>
                  <w:t>☐</w:t>
                </w:r>
              </w:sdtContent>
            </w:sdt>
            <w:r w:rsidR="00106AF1" w:rsidRPr="00D5642D">
              <w:rPr>
                <w:rFonts w:ascii="BIZ UDゴシック" w:eastAsia="BIZ UDゴシック" w:hAnsi="BIZ UDゴシック"/>
                <w:color w:val="auto"/>
                <w:sz w:val="16"/>
                <w:lang w:eastAsia="ja-JP"/>
              </w:rPr>
              <w:t xml:space="preserve"> 画像選択のサポート</w:t>
            </w:r>
            <w:r w:rsidR="00106AF1" w:rsidRPr="00D5642D">
              <w:rPr>
                <w:rFonts w:ascii="BIZ UDゴシック" w:eastAsia="BIZ UDゴシック" w:hAnsi="BIZ UDゴシック"/>
                <w:color w:val="auto"/>
                <w:sz w:val="16"/>
                <w:lang w:eastAsia="ja-JP"/>
              </w:rPr>
              <w:br/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16"/>
                  <w:lang w:eastAsia="ja-JP"/>
                </w:rPr>
                <w:id w:val="1817379446"/>
                <w14:checkbox>
                  <w14:checked w14:val="0"/>
                  <w14:checkedState w14:val="2713" w14:font="Yu Gothic"/>
                  <w14:uncheckedState w14:val="2610" w14:font="Yu Gothic"/>
                </w14:checkbox>
              </w:sdtPr>
              <w:sdtEndPr/>
              <w:sdtContent>
                <w:r w:rsidR="00DA00C1" w:rsidRPr="00D5642D">
                  <w:rPr>
                    <w:rFonts w:eastAsia="Yu Gothic" w:hint="eastAsia"/>
                    <w:color w:val="auto"/>
                    <w:sz w:val="16"/>
                    <w:lang w:eastAsia="ja-JP"/>
                  </w:rPr>
                  <w:t>☐</w:t>
                </w:r>
              </w:sdtContent>
            </w:sdt>
            <w:r w:rsidR="00106AF1" w:rsidRPr="00D5642D">
              <w:rPr>
                <w:rFonts w:ascii="BIZ UDゴシック" w:eastAsia="BIZ UDゴシック" w:hAnsi="BIZ UDゴシック"/>
                <w:color w:val="auto"/>
                <w:sz w:val="16"/>
                <w:lang w:eastAsia="ja-JP"/>
              </w:rPr>
              <w:t xml:space="preserve"> 操作補助　　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16"/>
                  <w:lang w:eastAsia="ja-JP"/>
                </w:rPr>
                <w:id w:val="-141882439"/>
                <w14:checkbox>
                  <w14:checked w14:val="0"/>
                  <w14:checkedState w14:val="2713" w14:font="Yu Gothic"/>
                  <w14:uncheckedState w14:val="2610" w14:font="Yu Gothic"/>
                </w14:checkbox>
              </w:sdtPr>
              <w:sdtEndPr/>
              <w:sdtContent>
                <w:r w:rsidR="00DA00C1" w:rsidRPr="00D5642D">
                  <w:rPr>
                    <w:rFonts w:eastAsia="Yu Gothic" w:hint="eastAsia"/>
                    <w:color w:val="auto"/>
                    <w:sz w:val="16"/>
                    <w:lang w:eastAsia="ja-JP"/>
                  </w:rPr>
                  <w:t>☐</w:t>
                </w:r>
              </w:sdtContent>
            </w:sdt>
            <w:r w:rsidR="00106AF1" w:rsidRPr="00D5642D">
              <w:rPr>
                <w:rFonts w:ascii="BIZ UDゴシック" w:eastAsia="BIZ UDゴシック" w:hAnsi="BIZ UDゴシック"/>
                <w:color w:val="auto"/>
                <w:sz w:val="16"/>
                <w:lang w:eastAsia="ja-JP"/>
              </w:rPr>
              <w:t xml:space="preserve"> その他（　　　　　　　　　　　　　　　　）</w:t>
            </w:r>
          </w:p>
        </w:tc>
      </w:tr>
      <w:tr w:rsidR="00C4399B" w:rsidRPr="00515D86" w14:paraId="2279E69D" w14:textId="77777777">
        <w:trPr>
          <w:jc w:val="center"/>
        </w:trPr>
        <w:tc>
          <w:tcPr>
            <w:tcW w:w="2160" w:type="dxa"/>
            <w:shd w:val="clear" w:color="auto" w:fill="F4F8FC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65BA316" w14:textId="77777777" w:rsidR="00C4399B" w:rsidRPr="00515D86" w:rsidRDefault="00106AF1">
            <w:pPr>
              <w:rPr>
                <w:rFonts w:ascii="BIZ UDゴシック" w:eastAsia="BIZ UDゴシック" w:hAnsi="BIZ UDゴシック"/>
              </w:rPr>
            </w:pPr>
            <w:r w:rsidRPr="00515D86">
              <w:rPr>
                <w:rFonts w:ascii="BIZ UDゴシック" w:eastAsia="BIZ UDゴシック" w:hAnsi="BIZ UDゴシック"/>
                <w:b/>
                <w:color w:val="005AAB"/>
              </w:rPr>
              <w:t>記入者</w:t>
            </w:r>
          </w:p>
        </w:tc>
        <w:tc>
          <w:tcPr>
            <w:tcW w:w="8208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48C392A" w14:textId="326125D3" w:rsidR="00C4399B" w:rsidRPr="00D5642D" w:rsidRDefault="00AC7BB2">
            <w:pPr>
              <w:rPr>
                <w:rFonts w:ascii="BIZ UDゴシック" w:eastAsia="BIZ UDゴシック" w:hAnsi="BIZ UDゴシック"/>
                <w:color w:val="auto"/>
                <w:lang w:eastAsia="ja-JP"/>
              </w:rPr>
            </w:pPr>
            <w:sdt>
              <w:sdtPr>
                <w:rPr>
                  <w:rFonts w:ascii="BIZ UDゴシック" w:eastAsia="BIZ UDゴシック" w:hAnsi="BIZ UDゴシック"/>
                  <w:color w:val="auto"/>
                  <w:sz w:val="16"/>
                  <w:lang w:eastAsia="ja-JP"/>
                </w:rPr>
                <w:id w:val="-435743479"/>
                <w14:checkbox>
                  <w14:checked w14:val="0"/>
                  <w14:checkedState w14:val="2713" w14:font="Yu Gothic"/>
                  <w14:uncheckedState w14:val="2610" w14:font="Yu Gothic"/>
                </w14:checkbox>
              </w:sdtPr>
              <w:sdtEndPr/>
              <w:sdtContent>
                <w:r w:rsidR="00DA00C1" w:rsidRPr="00D5642D">
                  <w:rPr>
                    <w:rFonts w:eastAsia="Yu Gothic" w:hint="eastAsia"/>
                    <w:color w:val="auto"/>
                    <w:sz w:val="16"/>
                    <w:lang w:eastAsia="ja-JP"/>
                  </w:rPr>
                  <w:t>☐</w:t>
                </w:r>
              </w:sdtContent>
            </w:sdt>
            <w:r w:rsidR="00106AF1" w:rsidRPr="00D5642D">
              <w:rPr>
                <w:rFonts w:ascii="BIZ UDゴシック" w:eastAsia="BIZ UDゴシック" w:hAnsi="BIZ UDゴシック"/>
                <w:color w:val="auto"/>
                <w:sz w:val="16"/>
                <w:lang w:eastAsia="ja-JP"/>
              </w:rPr>
              <w:t xml:space="preserve"> 本人　　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16"/>
                  <w:lang w:eastAsia="ja-JP"/>
                </w:rPr>
                <w:id w:val="454216781"/>
                <w14:checkbox>
                  <w14:checked w14:val="0"/>
                  <w14:checkedState w14:val="2713" w14:font="Yu Gothic"/>
                  <w14:uncheckedState w14:val="2610" w14:font="Yu Gothic"/>
                </w14:checkbox>
              </w:sdtPr>
              <w:sdtEndPr/>
              <w:sdtContent>
                <w:r w:rsidR="00DA00C1" w:rsidRPr="00D5642D">
                  <w:rPr>
                    <w:rFonts w:eastAsia="Yu Gothic" w:hint="eastAsia"/>
                    <w:color w:val="auto"/>
                    <w:sz w:val="16"/>
                    <w:lang w:eastAsia="ja-JP"/>
                  </w:rPr>
                  <w:t>☐</w:t>
                </w:r>
              </w:sdtContent>
            </w:sdt>
            <w:r w:rsidR="002F3706" w:rsidRPr="00D5642D">
              <w:rPr>
                <w:rFonts w:ascii="BIZ UDゴシック" w:eastAsia="BIZ UDゴシック" w:hAnsi="BIZ UDゴシック" w:hint="eastAsia"/>
                <w:color w:val="auto"/>
                <w:sz w:val="16"/>
                <w:lang w:eastAsia="ja-JP"/>
              </w:rPr>
              <w:t xml:space="preserve"> </w:t>
            </w:r>
            <w:r w:rsidR="00106AF1" w:rsidRPr="00D5642D">
              <w:rPr>
                <w:rFonts w:ascii="BIZ UDゴシック" w:eastAsia="BIZ UDゴシック" w:hAnsi="BIZ UDゴシック"/>
                <w:color w:val="auto"/>
                <w:sz w:val="16"/>
                <w:lang w:eastAsia="ja-JP"/>
              </w:rPr>
              <w:t xml:space="preserve">教員　　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16"/>
                  <w:lang w:eastAsia="ja-JP"/>
                </w:rPr>
                <w:id w:val="957300584"/>
                <w14:checkbox>
                  <w14:checked w14:val="0"/>
                  <w14:checkedState w14:val="2713" w14:font="Yu Gothic"/>
                  <w14:uncheckedState w14:val="2610" w14:font="Yu Gothic"/>
                </w14:checkbox>
              </w:sdtPr>
              <w:sdtEndPr/>
              <w:sdtContent>
                <w:r w:rsidR="00DA00C1" w:rsidRPr="00D5642D">
                  <w:rPr>
                    <w:rFonts w:eastAsia="Yu Gothic" w:hint="eastAsia"/>
                    <w:color w:val="auto"/>
                    <w:sz w:val="16"/>
                    <w:lang w:eastAsia="ja-JP"/>
                  </w:rPr>
                  <w:t>☐</w:t>
                </w:r>
              </w:sdtContent>
            </w:sdt>
            <w:r w:rsidR="00106AF1" w:rsidRPr="00D5642D">
              <w:rPr>
                <w:rFonts w:ascii="BIZ UDゴシック" w:eastAsia="BIZ UDゴシック" w:hAnsi="BIZ UDゴシック"/>
                <w:color w:val="auto"/>
                <w:sz w:val="16"/>
                <w:lang w:eastAsia="ja-JP"/>
              </w:rPr>
              <w:t xml:space="preserve"> 保護者　　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16"/>
                  <w:lang w:eastAsia="ja-JP"/>
                </w:rPr>
                <w:id w:val="-767465112"/>
                <w14:checkbox>
                  <w14:checked w14:val="0"/>
                  <w14:checkedState w14:val="2713" w14:font="Yu Gothic"/>
                  <w14:uncheckedState w14:val="2610" w14:font="Yu Gothic"/>
                </w14:checkbox>
              </w:sdtPr>
              <w:sdtEndPr/>
              <w:sdtContent>
                <w:r w:rsidR="00DA00C1" w:rsidRPr="00D5642D">
                  <w:rPr>
                    <w:rFonts w:eastAsia="Yu Gothic" w:hint="eastAsia"/>
                    <w:color w:val="auto"/>
                    <w:sz w:val="16"/>
                    <w:lang w:eastAsia="ja-JP"/>
                  </w:rPr>
                  <w:t>☐</w:t>
                </w:r>
              </w:sdtContent>
            </w:sdt>
            <w:r w:rsidR="00106AF1" w:rsidRPr="00D5642D">
              <w:rPr>
                <w:rFonts w:ascii="BIZ UDゴシック" w:eastAsia="BIZ UDゴシック" w:hAnsi="BIZ UDゴシック"/>
                <w:color w:val="auto"/>
                <w:sz w:val="16"/>
                <w:lang w:eastAsia="ja-JP"/>
              </w:rPr>
              <w:t xml:space="preserve"> その他（　　　　　　　）</w:t>
            </w:r>
          </w:p>
        </w:tc>
      </w:tr>
      <w:tr w:rsidR="00C4399B" w:rsidRPr="001A0A3A" w14:paraId="4A5557F3" w14:textId="77777777" w:rsidTr="00AA73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05"/>
          <w:jc w:val="center"/>
        </w:trPr>
        <w:tc>
          <w:tcPr>
            <w:tcW w:w="10368" w:type="dxa"/>
            <w:gridSpan w:val="2"/>
            <w:tcBorders>
              <w:top w:val="single" w:sz="4" w:space="0" w:color="F39C12"/>
              <w:left w:val="single" w:sz="4" w:space="0" w:color="F39C12"/>
              <w:bottom w:val="single" w:sz="4" w:space="0" w:color="F39C12"/>
              <w:right w:val="single" w:sz="4" w:space="0" w:color="F39C12"/>
            </w:tcBorders>
            <w:shd w:val="clear" w:color="auto" w:fill="FFF9E6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099F8DA" w14:textId="77777777" w:rsidR="001A0A3A" w:rsidRDefault="00106AF1" w:rsidP="001A0A3A">
            <w:pPr>
              <w:spacing w:after="100" w:afterAutospacing="1"/>
              <w:ind w:leftChars="-93" w:left="1308" w:hangingChars="733" w:hanging="1466"/>
              <w:contextualSpacing/>
              <w:rPr>
                <w:rFonts w:ascii="BIZ UDゴシック" w:eastAsia="BIZ UDゴシック" w:hAnsi="BIZ UDゴシック"/>
                <w:color w:val="auto"/>
                <w:sz w:val="20"/>
                <w:szCs w:val="20"/>
                <w:lang w:eastAsia="ja-JP"/>
              </w:rPr>
            </w:pPr>
            <w:r w:rsidRPr="001A0A3A">
              <w:rPr>
                <w:rFonts w:ascii="BIZ UDゴシック" w:eastAsia="BIZ UDゴシック" w:hAnsi="BIZ UDゴシック"/>
                <w:b/>
                <w:color w:val="D35400"/>
                <w:sz w:val="20"/>
                <w:szCs w:val="20"/>
                <w:lang w:eastAsia="ja-JP"/>
              </w:rPr>
              <w:t xml:space="preserve">【提出前チェック】 </w:t>
            </w:r>
            <w:sdt>
              <w:sdtPr>
                <w:rPr>
                  <w:rFonts w:ascii="BIZ UDゴシック" w:eastAsia="BIZ UDゴシック" w:hAnsi="BIZ UDゴシック"/>
                  <w:bCs/>
                  <w:color w:val="auto"/>
                  <w:sz w:val="20"/>
                  <w:szCs w:val="20"/>
                  <w:lang w:eastAsia="ja-JP"/>
                </w:rPr>
                <w:id w:val="6807939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729F4" w:rsidRPr="001A0A3A">
                  <w:rPr>
                    <w:rFonts w:ascii="ＭＳ ゴシック" w:eastAsia="ＭＳ ゴシック" w:hAnsi="ＭＳ ゴシック" w:hint="eastAsia"/>
                    <w:bCs/>
                    <w:color w:val="auto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Pr="001A0A3A">
              <w:rPr>
                <w:rFonts w:ascii="BIZ UDゴシック" w:eastAsia="BIZ UDゴシック" w:hAnsi="BIZ UDゴシック"/>
                <w:bCs/>
                <w:color w:val="auto"/>
                <w:sz w:val="20"/>
                <w:szCs w:val="20"/>
                <w:lang w:eastAsia="ja-JP"/>
              </w:rPr>
              <w:t xml:space="preserve"> </w:t>
            </w:r>
            <w:r w:rsidRPr="001A0A3A">
              <w:rPr>
                <w:rFonts w:ascii="BIZ UDゴシック" w:eastAsia="BIZ UDゴシック" w:hAnsi="BIZ UDゴシック"/>
                <w:color w:val="auto"/>
                <w:sz w:val="20"/>
                <w:szCs w:val="20"/>
                <w:lang w:eastAsia="ja-JP"/>
              </w:rPr>
              <w:t>画像データ</w:t>
            </w:r>
            <w:r w:rsidR="003D4F28" w:rsidRPr="001A0A3A">
              <w:rPr>
                <w:rFonts w:ascii="BIZ UDゴシック" w:eastAsia="BIZ UDゴシック" w:hAnsi="BIZ UDゴシック" w:hint="eastAsia"/>
                <w:color w:val="auto"/>
                <w:sz w:val="20"/>
                <w:szCs w:val="20"/>
                <w:lang w:eastAsia="ja-JP"/>
              </w:rPr>
              <w:t>及び応募用紙</w:t>
            </w:r>
            <w:r w:rsidRPr="001A0A3A">
              <w:rPr>
                <w:rFonts w:ascii="BIZ UDゴシック" w:eastAsia="BIZ UDゴシック" w:hAnsi="BIZ UDゴシック"/>
                <w:color w:val="auto"/>
                <w:sz w:val="20"/>
                <w:szCs w:val="20"/>
                <w:lang w:eastAsia="ja-JP"/>
              </w:rPr>
              <w:t>のファイル名は「学校名_氏名_作品名」になっていま</w:t>
            </w:r>
            <w:r w:rsidR="001A0A3A">
              <w:rPr>
                <w:rFonts w:ascii="BIZ UDゴシック" w:eastAsia="BIZ UDゴシック" w:hAnsi="BIZ UDゴシック" w:hint="eastAsia"/>
                <w:color w:val="auto"/>
                <w:sz w:val="20"/>
                <w:szCs w:val="20"/>
                <w:lang w:eastAsia="ja-JP"/>
              </w:rPr>
              <w:t>すか？</w:t>
            </w:r>
          </w:p>
          <w:p w14:paraId="344F83DE" w14:textId="6DECA02E" w:rsidR="00AA733E" w:rsidRPr="001A0A3A" w:rsidRDefault="00AA733E" w:rsidP="001A0A3A">
            <w:pPr>
              <w:spacing w:after="100" w:afterAutospacing="1"/>
              <w:ind w:leftChars="757" w:left="1287" w:firstLineChars="377" w:firstLine="679"/>
              <w:contextualSpacing/>
              <w:rPr>
                <w:rFonts w:ascii="BIZ UDゴシック" w:eastAsia="BIZ UDゴシック" w:hAnsi="BIZ UDゴシック"/>
                <w:color w:val="auto"/>
                <w:sz w:val="18"/>
                <w:szCs w:val="18"/>
                <w:lang w:eastAsia="ja-JP"/>
              </w:rPr>
            </w:pPr>
            <w:r w:rsidRPr="001A0A3A">
              <w:rPr>
                <w:rFonts w:ascii="BIZ UDゴシック" w:eastAsia="BIZ UDゴシック" w:hAnsi="BIZ UDゴシック" w:hint="eastAsia"/>
                <w:color w:val="auto"/>
                <w:sz w:val="18"/>
                <w:szCs w:val="18"/>
                <w:lang w:eastAsia="ja-JP"/>
              </w:rPr>
              <w:t>（例：若葉支援学校_宮城むすび丸_夢の世界.</w:t>
            </w:r>
            <w:r w:rsidR="003D4F28" w:rsidRPr="001A0A3A">
              <w:rPr>
                <w:rFonts w:ascii="BIZ UDゴシック" w:eastAsia="BIZ UDゴシック" w:hAnsi="BIZ UDゴシック" w:hint="eastAsia"/>
                <w:color w:val="auto"/>
                <w:sz w:val="18"/>
                <w:szCs w:val="18"/>
                <w:lang w:eastAsia="ja-JP"/>
              </w:rPr>
              <w:t>jpeg、若葉支援学校_宮城むすび丸_夢の世界.docx</w:t>
            </w:r>
            <w:r w:rsidRPr="001A0A3A">
              <w:rPr>
                <w:rFonts w:ascii="BIZ UDゴシック" w:eastAsia="BIZ UDゴシック" w:hAnsi="BIZ UDゴシック" w:hint="eastAsia"/>
                <w:color w:val="auto"/>
                <w:sz w:val="18"/>
                <w:szCs w:val="18"/>
                <w:lang w:eastAsia="ja-JP"/>
              </w:rPr>
              <w:t>）</w:t>
            </w:r>
          </w:p>
          <w:p w14:paraId="3DB17716" w14:textId="77777777" w:rsidR="001A0A3A" w:rsidRPr="00ED66EE" w:rsidRDefault="001A0A3A" w:rsidP="001A0A3A">
            <w:pPr>
              <w:spacing w:after="100" w:afterAutospacing="1"/>
              <w:ind w:leftChars="657" w:left="1269" w:hangingChars="95" w:hanging="152"/>
              <w:contextualSpacing/>
              <w:rPr>
                <w:rFonts w:ascii="BIZ UDゴシック" w:eastAsia="BIZ UDゴシック" w:hAnsi="BIZ UDゴシック"/>
                <w:color w:val="auto"/>
                <w:sz w:val="16"/>
                <w:szCs w:val="16"/>
                <w:lang w:eastAsia="ja-JP"/>
              </w:rPr>
            </w:pPr>
          </w:p>
          <w:p w14:paraId="031B533F" w14:textId="36F87F89" w:rsidR="00DA00C1" w:rsidRPr="001A0A3A" w:rsidRDefault="00AC7BB2" w:rsidP="001A0A3A">
            <w:pPr>
              <w:spacing w:after="100" w:afterAutospacing="1"/>
              <w:ind w:leftChars="991" w:left="1939" w:hangingChars="127" w:hanging="254"/>
              <w:contextualSpacing/>
              <w:rPr>
                <w:rFonts w:ascii="BIZ UDゴシック" w:eastAsia="BIZ UDゴシック" w:hAnsi="BIZ UDゴシック"/>
                <w:sz w:val="20"/>
                <w:szCs w:val="20"/>
                <w:lang w:eastAsia="ja-JP"/>
              </w:rPr>
            </w:pPr>
            <w:sdt>
              <w:sdtPr>
                <w:rPr>
                  <w:rFonts w:ascii="BIZ UDゴシック" w:eastAsia="BIZ UDゴシック" w:hAnsi="BIZ UDゴシック"/>
                  <w:color w:val="auto"/>
                  <w:sz w:val="20"/>
                  <w:szCs w:val="20"/>
                  <w:lang w:eastAsia="ja-JP"/>
                </w:rPr>
                <w:id w:val="-20155225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C749F">
                  <w:rPr>
                    <w:rFonts w:ascii="ＭＳ ゴシック" w:eastAsia="ＭＳ ゴシック" w:hAnsi="ＭＳ ゴシック" w:hint="eastAsia"/>
                    <w:color w:val="auto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2729F4" w:rsidRPr="001A0A3A">
              <w:rPr>
                <w:rFonts w:ascii="BIZ UDゴシック" w:eastAsia="BIZ UDゴシック" w:hAnsi="BIZ UDゴシック" w:hint="eastAsia"/>
                <w:color w:val="auto"/>
                <w:sz w:val="20"/>
                <w:szCs w:val="20"/>
                <w:lang w:eastAsia="ja-JP"/>
              </w:rPr>
              <w:t xml:space="preserve"> </w:t>
            </w:r>
            <w:r w:rsidR="00DA00C1" w:rsidRPr="001A0A3A">
              <w:rPr>
                <w:rFonts w:ascii="BIZ UDゴシック" w:eastAsia="BIZ UDゴシック" w:hAnsi="BIZ UDゴシック" w:hint="eastAsia"/>
                <w:color w:val="auto"/>
                <w:sz w:val="20"/>
                <w:szCs w:val="20"/>
                <w:lang w:eastAsia="ja-JP"/>
              </w:rPr>
              <w:t>画像データの形式は</w:t>
            </w:r>
            <w:r w:rsidR="00AA733E" w:rsidRPr="001A0A3A">
              <w:rPr>
                <w:rFonts w:ascii="BIZ UDゴシック" w:eastAsia="BIZ UDゴシック" w:hAnsi="BIZ UDゴシック" w:hint="eastAsia"/>
                <w:color w:val="auto"/>
                <w:sz w:val="20"/>
                <w:szCs w:val="20"/>
                <w:lang w:eastAsia="ja-JP"/>
              </w:rPr>
              <w:t>.</w:t>
            </w:r>
            <w:r w:rsidR="00DA00C1" w:rsidRPr="001A0A3A">
              <w:rPr>
                <w:rFonts w:ascii="BIZ UDゴシック" w:eastAsia="BIZ UDゴシック" w:hAnsi="BIZ UDゴシック" w:hint="eastAsia"/>
                <w:color w:val="auto"/>
                <w:sz w:val="20"/>
                <w:szCs w:val="20"/>
                <w:lang w:eastAsia="ja-JP"/>
              </w:rPr>
              <w:t>jpegまたは.png形式ですか？</w:t>
            </w:r>
            <w:r w:rsidR="002729F4" w:rsidRPr="001A0A3A">
              <w:rPr>
                <w:rFonts w:ascii="BIZ UDゴシック" w:eastAsia="BIZ UDゴシック" w:hAnsi="BIZ UDゴシック" w:hint="eastAsia"/>
                <w:color w:val="auto"/>
                <w:sz w:val="20"/>
                <w:szCs w:val="20"/>
                <w:lang w:eastAsia="ja-JP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/>
                  <w:color w:val="auto"/>
                  <w:sz w:val="20"/>
                  <w:szCs w:val="20"/>
                  <w:lang w:eastAsia="ja-JP"/>
                </w:rPr>
                <w:id w:val="7301132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A00C1" w:rsidRPr="001A0A3A">
                  <w:rPr>
                    <w:rFonts w:ascii="ＭＳ ゴシック" w:eastAsia="ＭＳ ゴシック" w:hAnsi="ＭＳ ゴシック" w:hint="eastAsia"/>
                    <w:color w:val="auto"/>
                    <w:sz w:val="20"/>
                    <w:szCs w:val="20"/>
                    <w:lang w:eastAsia="ja-JP"/>
                  </w:rPr>
                  <w:t>☐</w:t>
                </w:r>
              </w:sdtContent>
            </w:sdt>
            <w:r w:rsidR="00106AF1" w:rsidRPr="001A0A3A">
              <w:rPr>
                <w:rFonts w:ascii="BIZ UDゴシック" w:eastAsia="BIZ UDゴシック" w:hAnsi="BIZ UDゴシック"/>
                <w:color w:val="auto"/>
                <w:sz w:val="20"/>
                <w:szCs w:val="20"/>
                <w:lang w:eastAsia="ja-JP"/>
              </w:rPr>
              <w:t xml:space="preserve"> 記入漏れはありませんか？</w:t>
            </w:r>
          </w:p>
        </w:tc>
      </w:tr>
    </w:tbl>
    <w:p w14:paraId="471BEABC" w14:textId="0BBE4E0F" w:rsidR="00106AF1" w:rsidRPr="001A0A3A" w:rsidRDefault="00AA733E" w:rsidP="00AA733E">
      <w:pPr>
        <w:ind w:left="149" w:hangingChars="83" w:hanging="149"/>
        <w:rPr>
          <w:rFonts w:ascii="BIZ UDゴシック" w:eastAsia="BIZ UDゴシック" w:hAnsi="BIZ UDゴシック"/>
          <w:color w:val="auto"/>
          <w:sz w:val="18"/>
          <w:szCs w:val="18"/>
          <w:lang w:eastAsia="ja-JP"/>
        </w:rPr>
      </w:pPr>
      <w:r w:rsidRPr="001A0A3A">
        <w:rPr>
          <w:rFonts w:ascii="BIZ UDゴシック" w:eastAsia="BIZ UDゴシック" w:hAnsi="BIZ UDゴシック" w:hint="eastAsia"/>
          <w:color w:val="auto"/>
          <w:sz w:val="18"/>
          <w:szCs w:val="18"/>
          <w:lang w:eastAsia="ja-JP"/>
        </w:rPr>
        <w:t xml:space="preserve">　【（参考）画像形式（</w:t>
      </w:r>
      <w:r w:rsidRPr="001A0A3A">
        <w:rPr>
          <w:rFonts w:ascii="BIZ UDゴシック" w:eastAsia="BIZ UDゴシック" w:hAnsi="BIZ UDゴシック"/>
          <w:color w:val="auto"/>
          <w:sz w:val="18"/>
          <w:szCs w:val="18"/>
          <w:lang w:eastAsia="ja-JP"/>
        </w:rPr>
        <w:t>JP</w:t>
      </w:r>
      <w:r w:rsidRPr="001A0A3A">
        <w:rPr>
          <w:rFonts w:ascii="BIZ UDゴシック" w:eastAsia="BIZ UDゴシック" w:hAnsi="BIZ UDゴシック" w:hint="eastAsia"/>
          <w:color w:val="auto"/>
          <w:sz w:val="18"/>
          <w:szCs w:val="18"/>
          <w:lang w:eastAsia="ja-JP"/>
        </w:rPr>
        <w:t>E</w:t>
      </w:r>
      <w:r w:rsidRPr="001A0A3A">
        <w:rPr>
          <w:rFonts w:ascii="BIZ UDゴシック" w:eastAsia="BIZ UDゴシック" w:hAnsi="BIZ UDゴシック"/>
          <w:color w:val="auto"/>
          <w:sz w:val="18"/>
          <w:szCs w:val="18"/>
          <w:lang w:eastAsia="ja-JP"/>
        </w:rPr>
        <w:t>G/PNG）の変換方法について】</w:t>
      </w:r>
      <w:r w:rsidRPr="001A0A3A">
        <w:rPr>
          <w:rFonts w:ascii="BIZ UDゴシック" w:eastAsia="BIZ UDゴシック" w:hAnsi="BIZ UDゴシック"/>
          <w:color w:val="auto"/>
          <w:sz w:val="18"/>
          <w:szCs w:val="18"/>
          <w:lang w:eastAsia="ja-JP"/>
        </w:rPr>
        <w:br/>
      </w:r>
      <w:r w:rsidRPr="001A0A3A">
        <w:rPr>
          <w:rFonts w:ascii="BIZ UDゴシック" w:eastAsia="BIZ UDゴシック" w:hAnsi="BIZ UDゴシック" w:hint="eastAsia"/>
          <w:color w:val="auto"/>
          <w:sz w:val="18"/>
          <w:szCs w:val="18"/>
          <w:lang w:eastAsia="ja-JP"/>
        </w:rPr>
        <w:t>セキュリティ保護および情報漏洩防止のため、</w:t>
      </w:r>
      <w:r w:rsidRPr="001A0A3A">
        <w:rPr>
          <w:rFonts w:ascii="BIZ UDゴシック" w:eastAsia="BIZ UDゴシック" w:hAnsi="BIZ UDゴシック"/>
          <w:color w:val="auto"/>
          <w:sz w:val="18"/>
          <w:szCs w:val="18"/>
          <w:lang w:eastAsia="ja-JP"/>
        </w:rPr>
        <w:t>Web上の無料変換サイト等は使用せず、Windows標準の「ペイント」アプリを</w:t>
      </w:r>
      <w:r w:rsidR="00AC7BB2">
        <w:rPr>
          <w:rFonts w:ascii="BIZ UDゴシック" w:eastAsia="BIZ UDゴシック" w:hAnsi="BIZ UDゴシック" w:hint="eastAsia"/>
          <w:color w:val="auto"/>
          <w:sz w:val="18"/>
          <w:szCs w:val="18"/>
          <w:lang w:eastAsia="ja-JP"/>
        </w:rPr>
        <w:t>御</w:t>
      </w:r>
      <w:r w:rsidRPr="001A0A3A">
        <w:rPr>
          <w:rFonts w:ascii="BIZ UDゴシック" w:eastAsia="BIZ UDゴシック" w:hAnsi="BIZ UDゴシック"/>
          <w:color w:val="auto"/>
          <w:sz w:val="18"/>
          <w:szCs w:val="18"/>
          <w:lang w:eastAsia="ja-JP"/>
        </w:rPr>
        <w:t>利用ください。</w:t>
      </w:r>
      <w:r w:rsidRPr="001A0A3A">
        <w:rPr>
          <w:rFonts w:ascii="BIZ UDゴシック" w:eastAsia="BIZ UDゴシック" w:hAnsi="BIZ UDゴシック"/>
          <w:color w:val="auto"/>
          <w:sz w:val="18"/>
          <w:szCs w:val="18"/>
          <w:lang w:eastAsia="ja-JP"/>
        </w:rPr>
        <w:br/>
      </w:r>
      <w:r w:rsidRPr="001A0A3A">
        <w:rPr>
          <w:rFonts w:ascii="BIZ UDゴシック" w:eastAsia="BIZ UDゴシック" w:hAnsi="BIZ UDゴシック" w:hint="eastAsia"/>
          <w:color w:val="auto"/>
          <w:sz w:val="18"/>
          <w:szCs w:val="18"/>
          <w:lang w:eastAsia="ja-JP"/>
        </w:rPr>
        <w:t>＜変換手順（約</w:t>
      </w:r>
      <w:r w:rsidRPr="001A0A3A">
        <w:rPr>
          <w:rFonts w:ascii="BIZ UDゴシック" w:eastAsia="BIZ UDゴシック" w:hAnsi="BIZ UDゴシック"/>
          <w:color w:val="auto"/>
          <w:sz w:val="18"/>
          <w:szCs w:val="18"/>
          <w:lang w:eastAsia="ja-JP"/>
        </w:rPr>
        <w:t>10秒で完了します）＞</w:t>
      </w:r>
      <w:r w:rsidRPr="001A0A3A">
        <w:rPr>
          <w:rFonts w:ascii="BIZ UDゴシック" w:eastAsia="BIZ UDゴシック" w:hAnsi="BIZ UDゴシック"/>
          <w:color w:val="auto"/>
          <w:sz w:val="18"/>
          <w:szCs w:val="18"/>
          <w:lang w:eastAsia="ja-JP"/>
        </w:rPr>
        <w:br/>
      </w:r>
      <w:r w:rsidRPr="001A0A3A">
        <w:rPr>
          <w:rFonts w:ascii="BIZ UDゴシック" w:eastAsia="BIZ UDゴシック" w:hAnsi="BIZ UDゴシック" w:hint="eastAsia"/>
          <w:color w:val="auto"/>
          <w:sz w:val="18"/>
          <w:szCs w:val="18"/>
          <w:lang w:eastAsia="ja-JP"/>
        </w:rPr>
        <w:t>・変換したい画像ファイルを右クリック</w:t>
      </w:r>
      <w:r w:rsidRPr="001A0A3A">
        <w:rPr>
          <w:rFonts w:ascii="BIZ UDゴシック" w:eastAsia="BIZ UDゴシック" w:hAnsi="BIZ UDゴシック"/>
          <w:color w:val="auto"/>
          <w:sz w:val="18"/>
          <w:szCs w:val="18"/>
          <w:lang w:eastAsia="ja-JP"/>
        </w:rPr>
        <w:t xml:space="preserve"> ＞ [プログラムから開く] ＞ [ペイント]</w:t>
      </w:r>
      <w:r w:rsidRPr="001A0A3A">
        <w:rPr>
          <w:rFonts w:ascii="BIZ UDゴシック" w:eastAsia="BIZ UDゴシック" w:hAnsi="BIZ UDゴシック"/>
          <w:color w:val="auto"/>
          <w:sz w:val="18"/>
          <w:szCs w:val="18"/>
          <w:lang w:eastAsia="ja-JP"/>
        </w:rPr>
        <w:br/>
      </w:r>
      <w:r w:rsidRPr="001A0A3A">
        <w:rPr>
          <w:rFonts w:ascii="BIZ UDゴシック" w:eastAsia="BIZ UDゴシック" w:hAnsi="BIZ UDゴシック" w:hint="eastAsia"/>
          <w:color w:val="auto"/>
          <w:sz w:val="18"/>
          <w:szCs w:val="18"/>
          <w:lang w:eastAsia="ja-JP"/>
        </w:rPr>
        <w:t>・左上の</w:t>
      </w:r>
      <w:r w:rsidRPr="001A0A3A">
        <w:rPr>
          <w:rFonts w:ascii="BIZ UDゴシック" w:eastAsia="BIZ UDゴシック" w:hAnsi="BIZ UDゴシック"/>
          <w:color w:val="auto"/>
          <w:sz w:val="18"/>
          <w:szCs w:val="18"/>
          <w:lang w:eastAsia="ja-JP"/>
        </w:rPr>
        <w:t xml:space="preserve"> [ファイル] ＞ [名前を付けて保存]</w:t>
      </w:r>
      <w:r w:rsidRPr="001A0A3A">
        <w:rPr>
          <w:rFonts w:ascii="BIZ UDゴシック" w:eastAsia="BIZ UDゴシック" w:hAnsi="BIZ UDゴシック"/>
          <w:color w:val="auto"/>
          <w:sz w:val="18"/>
          <w:szCs w:val="18"/>
          <w:lang w:eastAsia="ja-JP"/>
        </w:rPr>
        <w:br/>
      </w:r>
      <w:r w:rsidRPr="001A0A3A">
        <w:rPr>
          <w:rFonts w:ascii="BIZ UDゴシック" w:eastAsia="BIZ UDゴシック" w:hAnsi="BIZ UDゴシック" w:hint="eastAsia"/>
          <w:color w:val="auto"/>
          <w:sz w:val="18"/>
          <w:szCs w:val="18"/>
          <w:lang w:eastAsia="ja-JP"/>
        </w:rPr>
        <w:t>・</w:t>
      </w:r>
      <w:r w:rsidRPr="001A0A3A">
        <w:rPr>
          <w:rFonts w:ascii="BIZ UDゴシック" w:eastAsia="BIZ UDゴシック" w:hAnsi="BIZ UDゴシック"/>
          <w:color w:val="auto"/>
          <w:sz w:val="18"/>
          <w:szCs w:val="18"/>
          <w:lang w:eastAsia="ja-JP"/>
        </w:rPr>
        <w:t xml:space="preserve"> [JPEG画像] </w:t>
      </w:r>
      <w:r w:rsidR="00D62940">
        <w:rPr>
          <w:rFonts w:ascii="BIZ UDゴシック" w:eastAsia="BIZ UDゴシック" w:hAnsi="BIZ UDゴシック" w:hint="eastAsia"/>
          <w:color w:val="auto"/>
          <w:sz w:val="18"/>
          <w:szCs w:val="18"/>
          <w:lang w:eastAsia="ja-JP"/>
        </w:rPr>
        <w:t xml:space="preserve">または </w:t>
      </w:r>
      <w:r w:rsidR="00D62940" w:rsidRPr="001A0A3A">
        <w:rPr>
          <w:rFonts w:ascii="BIZ UDゴシック" w:eastAsia="BIZ UDゴシック" w:hAnsi="BIZ UDゴシック"/>
          <w:color w:val="auto"/>
          <w:sz w:val="18"/>
          <w:szCs w:val="18"/>
          <w:lang w:eastAsia="ja-JP"/>
        </w:rPr>
        <w:t xml:space="preserve">[PNG画像] </w:t>
      </w:r>
      <w:r w:rsidRPr="001A0A3A">
        <w:rPr>
          <w:rFonts w:ascii="BIZ UDゴシック" w:eastAsia="BIZ UDゴシック" w:hAnsi="BIZ UDゴシック"/>
          <w:color w:val="auto"/>
          <w:sz w:val="18"/>
          <w:szCs w:val="18"/>
          <w:lang w:eastAsia="ja-JP"/>
        </w:rPr>
        <w:t>を選択して保存</w:t>
      </w:r>
      <w:r w:rsidR="00D62940">
        <w:rPr>
          <w:rFonts w:ascii="BIZ UDゴシック" w:eastAsia="BIZ UDゴシック" w:hAnsi="BIZ UDゴシック" w:hint="eastAsia"/>
          <w:color w:val="auto"/>
          <w:sz w:val="18"/>
          <w:szCs w:val="18"/>
          <w:lang w:eastAsia="ja-JP"/>
        </w:rPr>
        <w:t xml:space="preserve">　</w:t>
      </w:r>
      <w:r w:rsidR="00D62940">
        <w:rPr>
          <w:rFonts w:ascii="BIZ UDゴシック" w:eastAsia="BIZ UDゴシック" w:hAnsi="BIZ UDゴシック" w:hint="eastAsia"/>
          <w:color w:val="auto"/>
          <w:lang w:eastAsia="ja-JP"/>
        </w:rPr>
        <w:t>※ JPEG推奨</w:t>
      </w:r>
    </w:p>
    <w:sectPr w:rsidR="00106AF1" w:rsidRPr="001A0A3A" w:rsidSect="00034616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FE297" w14:textId="77777777" w:rsidR="00622CB2" w:rsidRDefault="00622CB2" w:rsidP="00622CB2">
      <w:pPr>
        <w:spacing w:after="0" w:line="240" w:lineRule="auto"/>
      </w:pPr>
      <w:r>
        <w:separator/>
      </w:r>
    </w:p>
  </w:endnote>
  <w:endnote w:type="continuationSeparator" w:id="0">
    <w:p w14:paraId="231F94E3" w14:textId="77777777" w:rsidR="00622CB2" w:rsidRDefault="00622CB2" w:rsidP="00622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CD656" w14:textId="77777777" w:rsidR="00622CB2" w:rsidRDefault="00622CB2" w:rsidP="00622CB2">
      <w:pPr>
        <w:spacing w:after="0" w:line="240" w:lineRule="auto"/>
      </w:pPr>
      <w:r>
        <w:separator/>
      </w:r>
    </w:p>
  </w:footnote>
  <w:footnote w:type="continuationSeparator" w:id="0">
    <w:p w14:paraId="50AFCC9D" w14:textId="77777777" w:rsidR="00622CB2" w:rsidRDefault="00622CB2" w:rsidP="00622C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29401185">
    <w:abstractNumId w:val="8"/>
  </w:num>
  <w:num w:numId="2" w16cid:durableId="1434667746">
    <w:abstractNumId w:val="6"/>
  </w:num>
  <w:num w:numId="3" w16cid:durableId="700670598">
    <w:abstractNumId w:val="5"/>
  </w:num>
  <w:num w:numId="4" w16cid:durableId="887761109">
    <w:abstractNumId w:val="4"/>
  </w:num>
  <w:num w:numId="5" w16cid:durableId="407508697">
    <w:abstractNumId w:val="7"/>
  </w:num>
  <w:num w:numId="6" w16cid:durableId="933824463">
    <w:abstractNumId w:val="3"/>
  </w:num>
  <w:num w:numId="7" w16cid:durableId="1062026936">
    <w:abstractNumId w:val="2"/>
  </w:num>
  <w:num w:numId="8" w16cid:durableId="129179577">
    <w:abstractNumId w:val="1"/>
  </w:num>
  <w:num w:numId="9" w16cid:durableId="485516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6AF1"/>
    <w:rsid w:val="00124997"/>
    <w:rsid w:val="0015074B"/>
    <w:rsid w:val="001A0A3A"/>
    <w:rsid w:val="001D47BB"/>
    <w:rsid w:val="002729F4"/>
    <w:rsid w:val="0029639D"/>
    <w:rsid w:val="002F3706"/>
    <w:rsid w:val="002F3A1D"/>
    <w:rsid w:val="00326F90"/>
    <w:rsid w:val="0035381F"/>
    <w:rsid w:val="00363FF0"/>
    <w:rsid w:val="003C749F"/>
    <w:rsid w:val="003D4F28"/>
    <w:rsid w:val="00420052"/>
    <w:rsid w:val="00515D86"/>
    <w:rsid w:val="005C2099"/>
    <w:rsid w:val="00622CB2"/>
    <w:rsid w:val="008F2891"/>
    <w:rsid w:val="00A04B4C"/>
    <w:rsid w:val="00AA1D8D"/>
    <w:rsid w:val="00AA733E"/>
    <w:rsid w:val="00AC7BB2"/>
    <w:rsid w:val="00B23A7A"/>
    <w:rsid w:val="00B47730"/>
    <w:rsid w:val="00C4399B"/>
    <w:rsid w:val="00CB0664"/>
    <w:rsid w:val="00D5642D"/>
    <w:rsid w:val="00D62940"/>
    <w:rsid w:val="00DA00C1"/>
    <w:rsid w:val="00ED33A8"/>
    <w:rsid w:val="00ED66EE"/>
    <w:rsid w:val="00F6346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B67930D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Yu Gothic" w:hAnsi="Yu Gothic"/>
      <w:color w:val="2C3E50"/>
      <w:sz w:val="17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">
    <w:name w:val="Placeholder Text"/>
    <w:basedOn w:val="a2"/>
    <w:uiPriority w:val="99"/>
    <w:semiHidden/>
    <w:rsid w:val="00DA00C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875</Characters>
  <Application>Microsoft Office Word</Application>
  <DocSecurity>0</DocSecurity>
  <Lines>7</Lines>
  <Paragraphs>2</Paragraphs>
  <ScaleCrop>false</ScaleCrop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2026-09-01T09:25:00Z</dcterms:created>
  <dcterms:modified xsi:type="dcterms:W3CDTF">2026-09-07T10:36:00Z</dcterms:modified>
  <cp:category/>
</cp:coreProperties>
</file>